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3E35E" w14:textId="0C153869" w:rsidR="005A121D" w:rsidRPr="0037167D" w:rsidRDefault="003F7B0A">
      <w:pPr>
        <w:spacing w:after="160" w:line="360" w:lineRule="exact"/>
        <w:rPr>
          <w:lang w:val="pt-BR"/>
        </w:rPr>
      </w:pPr>
      <w:r w:rsidRPr="0037167D">
        <w:rPr>
          <w:i/>
          <w:color w:val="800000"/>
          <w:sz w:val="18"/>
          <w:lang w:val="pt-BR"/>
        </w:rPr>
        <w:t xml:space="preserve">⚠ INSTRUÇÕES AO AUTOR: Substitua todo o texto em [VERMELHO/COLCHETES] pelo conteúdo real. Não altere a formatação deste modelo. Remova estas instruções antes de submeter. Extensão mínima: </w:t>
      </w:r>
      <w:r w:rsidR="0011435E">
        <w:rPr>
          <w:i/>
          <w:color w:val="800000"/>
          <w:sz w:val="18"/>
          <w:lang w:val="pt-BR"/>
        </w:rPr>
        <w:t>3</w:t>
      </w:r>
      <w:r w:rsidRPr="0037167D">
        <w:rPr>
          <w:i/>
          <w:color w:val="800000"/>
          <w:sz w:val="18"/>
          <w:lang w:val="pt-BR"/>
        </w:rPr>
        <w:t xml:space="preserve"> laudas | máxima: </w:t>
      </w:r>
      <w:r w:rsidR="0011435E">
        <w:rPr>
          <w:i/>
          <w:color w:val="800000"/>
          <w:sz w:val="18"/>
          <w:lang w:val="pt-BR"/>
        </w:rPr>
        <w:t>4</w:t>
      </w:r>
      <w:r w:rsidRPr="0037167D">
        <w:rPr>
          <w:i/>
          <w:color w:val="800000"/>
          <w:sz w:val="18"/>
          <w:lang w:val="pt-BR"/>
        </w:rPr>
        <w:t xml:space="preserve"> laudas (incluindo referências). Avaliação será duplo-cego: NÃO inclua nomes de autores ou instituições no corpo do texto.</w:t>
      </w:r>
    </w:p>
    <w:p w14:paraId="36A660EB" w14:textId="77777777" w:rsidR="005A121D" w:rsidRPr="0037167D" w:rsidRDefault="005A121D">
      <w:pPr>
        <w:rPr>
          <w:lang w:val="pt-BR"/>
        </w:rPr>
      </w:pPr>
    </w:p>
    <w:p w14:paraId="27E0F40F" w14:textId="77777777" w:rsidR="005A121D" w:rsidRPr="0037167D" w:rsidRDefault="003F7B0A">
      <w:pPr>
        <w:spacing w:after="120"/>
        <w:jc w:val="center"/>
        <w:rPr>
          <w:lang w:val="pt-BR"/>
        </w:rPr>
      </w:pPr>
      <w:r w:rsidRPr="0037167D">
        <w:rPr>
          <w:b/>
          <w:color w:val="800000"/>
          <w:lang w:val="pt-BR"/>
        </w:rPr>
        <w:t>TÍTULO DO TRABALHO EM LETRAS MAIÚSCULAS E NEGRITO (MÁXIMO 20 PALAVRAS)</w:t>
      </w:r>
    </w:p>
    <w:p w14:paraId="7BFFB15F" w14:textId="77777777" w:rsidR="005A121D" w:rsidRDefault="003F7B0A">
      <w:pPr>
        <w:spacing w:after="240"/>
        <w:jc w:val="center"/>
      </w:pPr>
      <w:r>
        <w:rPr>
          <w:i/>
          <w:color w:val="800000"/>
        </w:rPr>
        <w:t>Title in English (Centered, Not Bold)</w:t>
      </w:r>
    </w:p>
    <w:p w14:paraId="1B44861F" w14:textId="77777777" w:rsidR="005A121D" w:rsidRPr="0037167D" w:rsidRDefault="003F7B0A">
      <w:pPr>
        <w:spacing w:line="360" w:lineRule="exact"/>
        <w:rPr>
          <w:lang w:val="pt-BR"/>
        </w:rPr>
      </w:pPr>
      <w:proofErr w:type="gramStart"/>
      <w:r w:rsidRPr="0037167D">
        <w:rPr>
          <w:i/>
          <w:color w:val="800000"/>
          <w:sz w:val="18"/>
          <w:lang w:val="pt-BR"/>
        </w:rPr>
        <w:t>[ Instrução</w:t>
      </w:r>
      <w:proofErr w:type="gramEnd"/>
      <w:r w:rsidRPr="0037167D">
        <w:rPr>
          <w:i/>
          <w:color w:val="800000"/>
          <w:sz w:val="18"/>
          <w:lang w:val="pt-BR"/>
        </w:rPr>
        <w:t>: Liste os autores abaixo apenas na versão FINAL (pós-aceite). Na versão submetida à avaliação, REMOVA os nomes. A versão submetida deve ser completamente anônima</w:t>
      </w:r>
      <w:proofErr w:type="gramStart"/>
      <w:r w:rsidRPr="0037167D">
        <w:rPr>
          <w:i/>
          <w:color w:val="800000"/>
          <w:sz w:val="18"/>
          <w:lang w:val="pt-BR"/>
        </w:rPr>
        <w:t>. ]</w:t>
      </w:r>
      <w:proofErr w:type="gramEnd"/>
    </w:p>
    <w:p w14:paraId="2EDA0970" w14:textId="77777777" w:rsidR="005A121D" w:rsidRPr="0037167D" w:rsidRDefault="003F7B0A">
      <w:pPr>
        <w:spacing w:after="40"/>
        <w:jc w:val="center"/>
        <w:rPr>
          <w:lang w:val="pt-BR"/>
        </w:rPr>
      </w:pPr>
      <w:r w:rsidRPr="0037167D">
        <w:rPr>
          <w:color w:val="800000"/>
          <w:lang w:val="pt-BR"/>
        </w:rPr>
        <w:t>Nome Completo do Autor¹; Nome Completo do Coautor²</w:t>
      </w:r>
    </w:p>
    <w:p w14:paraId="7DA8CDAC" w14:textId="77777777" w:rsidR="005A121D" w:rsidRPr="0037167D" w:rsidRDefault="003F7B0A">
      <w:pPr>
        <w:spacing w:after="240" w:line="360" w:lineRule="exact"/>
        <w:jc w:val="center"/>
        <w:rPr>
          <w:lang w:val="pt-BR"/>
        </w:rPr>
      </w:pPr>
      <w:r w:rsidRPr="0037167D">
        <w:rPr>
          <w:color w:val="800000"/>
          <w:sz w:val="20"/>
          <w:lang w:val="pt-BR"/>
        </w:rPr>
        <w:t>¹Departamento/Curso, Instituição, Cidade–UF. E-mail: autor@email.com</w:t>
      </w:r>
      <w:r w:rsidRPr="0037167D">
        <w:rPr>
          <w:color w:val="800000"/>
          <w:sz w:val="20"/>
          <w:lang w:val="pt-BR"/>
        </w:rPr>
        <w:br/>
        <w:t>²Departamento/Curso, Instituição, Cidade–UF. E-mail: coautor@email.com</w:t>
      </w:r>
    </w:p>
    <w:p w14:paraId="4FE74455" w14:textId="77777777" w:rsidR="005A121D" w:rsidRPr="0037167D" w:rsidRDefault="005A121D">
      <w:pPr>
        <w:rPr>
          <w:lang w:val="pt-BR"/>
        </w:rPr>
      </w:pPr>
    </w:p>
    <w:p w14:paraId="76354CAA" w14:textId="77777777" w:rsidR="005A121D" w:rsidRPr="0037167D" w:rsidRDefault="003F7B0A">
      <w:pPr>
        <w:spacing w:after="80"/>
        <w:rPr>
          <w:lang w:val="pt-BR"/>
        </w:rPr>
      </w:pPr>
      <w:r w:rsidRPr="0037167D">
        <w:rPr>
          <w:b/>
          <w:lang w:val="pt-BR"/>
        </w:rPr>
        <w:t xml:space="preserve">Linha de Pesquisa: </w:t>
      </w:r>
      <w:proofErr w:type="gramStart"/>
      <w:r w:rsidRPr="0037167D">
        <w:rPr>
          <w:color w:val="800000"/>
          <w:lang w:val="pt-BR"/>
        </w:rPr>
        <w:t>[Indique</w:t>
      </w:r>
      <w:proofErr w:type="gramEnd"/>
      <w:r w:rsidRPr="0037167D">
        <w:rPr>
          <w:color w:val="800000"/>
          <w:lang w:val="pt-BR"/>
        </w:rPr>
        <w:t xml:space="preserve"> uma das linhas I a IX conforme o Edital EREMEM 2026]</w:t>
      </w:r>
    </w:p>
    <w:p w14:paraId="75CB0326" w14:textId="77777777" w:rsidR="005A121D" w:rsidRPr="0037167D" w:rsidRDefault="003F7B0A">
      <w:pPr>
        <w:spacing w:after="240" w:line="360" w:lineRule="exact"/>
        <w:rPr>
          <w:lang w:val="pt-BR"/>
        </w:rPr>
      </w:pPr>
      <w:r w:rsidRPr="0037167D">
        <w:rPr>
          <w:i/>
          <w:color w:val="404040"/>
          <w:sz w:val="18"/>
          <w:lang w:val="pt-BR"/>
        </w:rPr>
        <w:t>I. Arquitetura contemporânea em madeira engenheirada   II. Desempenho estrutural e soluções construtivas em madeira avançada   III. Baixo carbono e ciclo de vida em edificações de madeira   IV. Industrialização, pré-fabricação, segurança do trabalho e canteiros enxutos em madeira   V. Paisagens florestais, manejo e políticas para a cadeia da madeira engenheirada   VI. Proteção contra fogo, durabilidade e preservação de estruturas   VII. Inspeção, perícia, reabilitação e reforço de construções com sistemas em madeira   VIII. Habitação, inovação social e marcos regulatórios para construir em madeira   IX. Cidade de madeira: estética, conforto e percepções sociais no ambiente urbano</w:t>
      </w:r>
    </w:p>
    <w:p w14:paraId="0844D081" w14:textId="77777777" w:rsidR="005A121D" w:rsidRPr="0037167D" w:rsidRDefault="003F7B0A">
      <w:pPr>
        <w:pStyle w:val="EREMEMSecao"/>
        <w:spacing w:before="160"/>
        <w:rPr>
          <w:lang w:val="pt-BR"/>
        </w:rPr>
      </w:pPr>
      <w:r w:rsidRPr="0037167D">
        <w:rPr>
          <w:lang w:val="pt-BR"/>
        </w:rPr>
        <w:t>RESUMO</w:t>
      </w:r>
    </w:p>
    <w:p w14:paraId="52FF968A" w14:textId="77777777" w:rsidR="005A121D" w:rsidRPr="0037167D" w:rsidRDefault="003F7B0A">
      <w:pPr>
        <w:spacing w:after="120"/>
        <w:rPr>
          <w:lang w:val="pt-BR"/>
        </w:rPr>
      </w:pPr>
      <w:r w:rsidRPr="0037167D">
        <w:rPr>
          <w:color w:val="800000"/>
          <w:lang w:val="pt-BR"/>
        </w:rPr>
        <w:t>[Apresente em parágrafo único, sem recuo, com no máximo 300 palavras, incluindo: contexto/justificativa, objetivo, metodologia, principais resultados e conclusão. Não incluir referências bibliográficas. Conforme ABNT NBR 6028.]</w:t>
      </w:r>
    </w:p>
    <w:p w14:paraId="323F1662" w14:textId="77777777" w:rsidR="005A121D" w:rsidRPr="0037167D" w:rsidRDefault="003F7B0A">
      <w:pPr>
        <w:spacing w:after="240"/>
        <w:rPr>
          <w:lang w:val="pt-BR"/>
        </w:rPr>
      </w:pPr>
      <w:r w:rsidRPr="0037167D">
        <w:rPr>
          <w:b/>
          <w:lang w:val="pt-BR"/>
        </w:rPr>
        <w:t xml:space="preserve">Palavras-chave: </w:t>
      </w:r>
      <w:r w:rsidRPr="0037167D">
        <w:rPr>
          <w:color w:val="800000"/>
          <w:lang w:val="pt-BR"/>
        </w:rPr>
        <w:t>[Palavra 1]; [Palavra 2]; [Palavra 3]; [Palavra 4]; [Palavra 5]</w:t>
      </w:r>
    </w:p>
    <w:p w14:paraId="394A76CF" w14:textId="77777777" w:rsidR="005A121D" w:rsidRDefault="003F7B0A">
      <w:pPr>
        <w:pStyle w:val="EREMEMSecao"/>
        <w:spacing w:before="160"/>
      </w:pPr>
      <w:r>
        <w:t>ABSTRACT</w:t>
      </w:r>
    </w:p>
    <w:p w14:paraId="78BCA86E" w14:textId="77777777" w:rsidR="005A121D" w:rsidRPr="0037167D" w:rsidRDefault="003F7B0A">
      <w:pPr>
        <w:spacing w:after="120"/>
      </w:pPr>
      <w:r w:rsidRPr="0037167D">
        <w:rPr>
          <w:color w:val="800000"/>
        </w:rPr>
        <w:t>[Abstract in English — single paragraph, max 300 words. Mirror the content of the Resumo above.]</w:t>
      </w:r>
    </w:p>
    <w:p w14:paraId="78967DDE" w14:textId="77777777" w:rsidR="005A121D" w:rsidRDefault="003F7B0A">
      <w:pPr>
        <w:spacing w:after="240"/>
      </w:pPr>
      <w:r>
        <w:rPr>
          <w:b/>
        </w:rPr>
        <w:lastRenderedPageBreak/>
        <w:t xml:space="preserve">Keywords: </w:t>
      </w:r>
      <w:r w:rsidRPr="0037167D">
        <w:rPr>
          <w:color w:val="800000"/>
        </w:rPr>
        <w:t>[Keyword 1]; [Keyword 2]; [Keyword 3]; [Keyword 4]; [Keyword 5]</w:t>
      </w:r>
    </w:p>
    <w:p w14:paraId="40679BDE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1 INTRODUÇÃO</w:t>
      </w:r>
    </w:p>
    <w:p w14:paraId="61D374FB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>[Contextualize o tema, apresente a problemática e justifique a relevância do estudo. Finalize com o objetivo geral do trabalho. Máximo 1.000 palavras. Cite autores conforme ABNT NBR 10520: (SOBRENOME, ano) ou SOBRENOME (ano).]</w:t>
      </w:r>
    </w:p>
    <w:p w14:paraId="083B9927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2 OBJETIVOS</w:t>
      </w:r>
    </w:p>
    <w:p w14:paraId="716F2A15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>[Enuncie o objetivo geral e, se pertinente, objetivos específicos. Esta seção pode ser incorporada à Introdução quando adequado.]</w:t>
      </w:r>
    </w:p>
    <w:p w14:paraId="50AE5B51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3 METODOLOGIA</w:t>
      </w:r>
    </w:p>
    <w:p w14:paraId="4BF21DA6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>[Descreva os procedimentos metodológicos de forma clara e reprodutível: tipo de pesquisa, materiais, métodos de coleta e análise de dados, software ou normas técnicas utilizadas. Máximo 1.000 palavras.]</w:t>
      </w:r>
    </w:p>
    <w:p w14:paraId="22684060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4 RESULTADOS E DISCUSSÃO</w:t>
      </w:r>
    </w:p>
    <w:p w14:paraId="147A58E7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 xml:space="preserve">[Apresente os resultados obtidos e discuta-os com base na literatura. Compare com outros estudos, indique vantagens, limitações e implicações práticas. Tabelas e figuras devem ser inseridas no texto, numeradas em algarismos arábicos. Título das tabelas: acima (sem negrito). Título das figuras: abaixo (sem negrito). Para compatibilidade com a Revista CAV: figuras coloridas não são aceitas; insira também os arquivos de figura como documentos suplementares em JPG (300 </w:t>
      </w:r>
      <w:proofErr w:type="spellStart"/>
      <w:r w:rsidRPr="0037167D">
        <w:rPr>
          <w:color w:val="800000"/>
          <w:lang w:val="pt-BR"/>
        </w:rPr>
        <w:t>dpi</w:t>
      </w:r>
      <w:proofErr w:type="spellEnd"/>
      <w:r w:rsidRPr="0037167D">
        <w:rPr>
          <w:color w:val="800000"/>
          <w:lang w:val="pt-BR"/>
        </w:rPr>
        <w:t>).]</w:t>
      </w:r>
    </w:p>
    <w:p w14:paraId="34B147F9" w14:textId="77777777" w:rsidR="005A121D" w:rsidRPr="0037167D" w:rsidRDefault="005A121D">
      <w:pPr>
        <w:rPr>
          <w:lang w:val="pt-BR"/>
        </w:rPr>
      </w:pPr>
    </w:p>
    <w:p w14:paraId="1022DBD3" w14:textId="77777777" w:rsidR="005A121D" w:rsidRPr="0037167D" w:rsidRDefault="003F7B0A">
      <w:pPr>
        <w:spacing w:after="80" w:line="360" w:lineRule="exact"/>
        <w:jc w:val="center"/>
        <w:rPr>
          <w:lang w:val="pt-BR"/>
        </w:rPr>
      </w:pPr>
      <w:r w:rsidRPr="0037167D">
        <w:rPr>
          <w:color w:val="800000"/>
          <w:sz w:val="20"/>
          <w:lang w:val="pt-BR"/>
        </w:rPr>
        <w:t>Tabela 1 – [Título descritivo da tabela em português e inglês abaixo]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A121D" w14:paraId="7F721C48" w14:textId="77777777">
        <w:trPr>
          <w:jc w:val="center"/>
        </w:trPr>
        <w:tc>
          <w:tcPr>
            <w:tcW w:w="3024" w:type="dxa"/>
          </w:tcPr>
          <w:p w14:paraId="2457E241" w14:textId="77777777" w:rsidR="005A121D" w:rsidRDefault="003F7B0A">
            <w:pPr>
              <w:jc w:val="center"/>
            </w:pPr>
            <w:proofErr w:type="spellStart"/>
            <w:r>
              <w:rPr>
                <w:b/>
                <w:sz w:val="20"/>
              </w:rPr>
              <w:t>Variável</w:t>
            </w:r>
            <w:proofErr w:type="spellEnd"/>
            <w:r>
              <w:rPr>
                <w:b/>
                <w:sz w:val="20"/>
              </w:rPr>
              <w:t xml:space="preserve"> / Variable</w:t>
            </w:r>
          </w:p>
        </w:tc>
        <w:tc>
          <w:tcPr>
            <w:tcW w:w="3024" w:type="dxa"/>
          </w:tcPr>
          <w:p w14:paraId="5A8F9EB8" w14:textId="77777777" w:rsidR="005A121D" w:rsidRDefault="003F7B0A">
            <w:pPr>
              <w:jc w:val="center"/>
            </w:pPr>
            <w:r>
              <w:rPr>
                <w:b/>
                <w:sz w:val="20"/>
              </w:rPr>
              <w:t>Unidade / Unit</w:t>
            </w:r>
          </w:p>
        </w:tc>
        <w:tc>
          <w:tcPr>
            <w:tcW w:w="3024" w:type="dxa"/>
          </w:tcPr>
          <w:p w14:paraId="52C8E125" w14:textId="77777777" w:rsidR="005A121D" w:rsidRDefault="003F7B0A">
            <w:pPr>
              <w:jc w:val="center"/>
            </w:pPr>
            <w:r>
              <w:rPr>
                <w:b/>
                <w:sz w:val="20"/>
              </w:rPr>
              <w:t>Resultado / Result</w:t>
            </w:r>
          </w:p>
        </w:tc>
      </w:tr>
      <w:tr w:rsidR="005A121D" w14:paraId="0F96C9BE" w14:textId="77777777">
        <w:trPr>
          <w:jc w:val="center"/>
        </w:trPr>
        <w:tc>
          <w:tcPr>
            <w:tcW w:w="3024" w:type="dxa"/>
          </w:tcPr>
          <w:p w14:paraId="57B4002C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  <w:tc>
          <w:tcPr>
            <w:tcW w:w="3024" w:type="dxa"/>
          </w:tcPr>
          <w:p w14:paraId="2F77884E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  <w:tc>
          <w:tcPr>
            <w:tcW w:w="3024" w:type="dxa"/>
          </w:tcPr>
          <w:p w14:paraId="17B4D687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</w:tr>
      <w:tr w:rsidR="005A121D" w14:paraId="5DE8C430" w14:textId="77777777">
        <w:trPr>
          <w:jc w:val="center"/>
        </w:trPr>
        <w:tc>
          <w:tcPr>
            <w:tcW w:w="3024" w:type="dxa"/>
          </w:tcPr>
          <w:p w14:paraId="26C6498E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  <w:tc>
          <w:tcPr>
            <w:tcW w:w="3024" w:type="dxa"/>
          </w:tcPr>
          <w:p w14:paraId="200083A9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  <w:tc>
          <w:tcPr>
            <w:tcW w:w="3024" w:type="dxa"/>
          </w:tcPr>
          <w:p w14:paraId="4EC7B147" w14:textId="77777777" w:rsidR="005A121D" w:rsidRDefault="003F7B0A">
            <w:pPr>
              <w:jc w:val="center"/>
            </w:pPr>
            <w:r>
              <w:rPr>
                <w:color w:val="800000"/>
                <w:sz w:val="20"/>
              </w:rPr>
              <w:t>[dado]</w:t>
            </w:r>
          </w:p>
        </w:tc>
      </w:tr>
    </w:tbl>
    <w:p w14:paraId="45BB45A5" w14:textId="77777777" w:rsidR="005A121D" w:rsidRPr="0037167D" w:rsidRDefault="003F7B0A">
      <w:pPr>
        <w:spacing w:after="160" w:line="360" w:lineRule="exact"/>
        <w:jc w:val="center"/>
        <w:rPr>
          <w:lang w:val="pt-BR"/>
        </w:rPr>
      </w:pPr>
      <w:r w:rsidRPr="0037167D">
        <w:rPr>
          <w:color w:val="800000"/>
          <w:sz w:val="18"/>
          <w:lang w:val="pt-BR"/>
        </w:rPr>
        <w:t>Fonte: [Autores / Fonte dos dados, ano]</w:t>
      </w:r>
    </w:p>
    <w:p w14:paraId="3C6BAD79" w14:textId="77777777" w:rsidR="005A121D" w:rsidRPr="0037167D" w:rsidRDefault="003F7B0A">
      <w:pPr>
        <w:spacing w:before="160" w:line="360" w:lineRule="exact"/>
        <w:jc w:val="center"/>
        <w:rPr>
          <w:lang w:val="pt-BR"/>
        </w:rPr>
      </w:pPr>
      <w:r w:rsidRPr="0037167D">
        <w:rPr>
          <w:i/>
          <w:color w:val="800000"/>
          <w:sz w:val="20"/>
          <w:lang w:val="pt-BR"/>
        </w:rPr>
        <w:lastRenderedPageBreak/>
        <w:t xml:space="preserve">[Inserir figura aqui — inserir arquivo JPG 300 </w:t>
      </w:r>
      <w:proofErr w:type="spellStart"/>
      <w:r w:rsidRPr="0037167D">
        <w:rPr>
          <w:i/>
          <w:color w:val="800000"/>
          <w:sz w:val="20"/>
          <w:lang w:val="pt-BR"/>
        </w:rPr>
        <w:t>dpi</w:t>
      </w:r>
      <w:proofErr w:type="spellEnd"/>
      <w:r w:rsidRPr="0037167D">
        <w:rPr>
          <w:i/>
          <w:color w:val="800000"/>
          <w:sz w:val="20"/>
          <w:lang w:val="pt-BR"/>
        </w:rPr>
        <w:t xml:space="preserve"> como documento suplementar]</w:t>
      </w:r>
    </w:p>
    <w:p w14:paraId="09EACF54" w14:textId="77777777" w:rsidR="005A121D" w:rsidRDefault="003F7B0A">
      <w:pPr>
        <w:spacing w:after="240" w:line="360" w:lineRule="exact"/>
        <w:jc w:val="center"/>
      </w:pPr>
      <w:r w:rsidRPr="0037167D">
        <w:rPr>
          <w:color w:val="800000"/>
          <w:sz w:val="20"/>
          <w:lang w:val="pt-BR"/>
        </w:rPr>
        <w:t xml:space="preserve">Figura 1 – [Título descritivo em português. </w:t>
      </w:r>
      <w:r>
        <w:rPr>
          <w:color w:val="800000"/>
          <w:sz w:val="20"/>
        </w:rPr>
        <w:t>Figure 1 – Descriptive title in English]</w:t>
      </w:r>
    </w:p>
    <w:p w14:paraId="1020913A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5 CONCLUSÕES</w:t>
      </w:r>
    </w:p>
    <w:p w14:paraId="4C700B07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>[Apresente as conclusões em frases curtas, verbo no presente do indicativo, respondendo diretamente aos objetivos. Não ultrapassar 200 palavras. Não repita conteúdo de Resultados e Discussão.]</w:t>
      </w:r>
    </w:p>
    <w:p w14:paraId="0163E4C9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AGRADECIMENTOS (opcional)</w:t>
      </w:r>
    </w:p>
    <w:p w14:paraId="704CB34E" w14:textId="77777777" w:rsidR="005A121D" w:rsidRPr="0037167D" w:rsidRDefault="003F7B0A">
      <w:pPr>
        <w:ind w:firstLine="709"/>
        <w:rPr>
          <w:lang w:val="pt-BR"/>
        </w:rPr>
      </w:pPr>
      <w:r w:rsidRPr="0037167D">
        <w:rPr>
          <w:color w:val="800000"/>
          <w:lang w:val="pt-BR"/>
        </w:rPr>
        <w:t>[Agradecimentos a agências de fomento, apoio institucional ou colaboradores. Mencione o número de processo de financiamento quando houver. Não citar nomes de pessoas durante a avaliação cega — incluir apenas na versão final.]</w:t>
      </w:r>
    </w:p>
    <w:p w14:paraId="4987B1B2" w14:textId="77777777" w:rsidR="005A121D" w:rsidRPr="0037167D" w:rsidRDefault="003F7B0A">
      <w:pPr>
        <w:pStyle w:val="EREMEMSecao"/>
        <w:rPr>
          <w:lang w:val="pt-BR"/>
        </w:rPr>
      </w:pPr>
      <w:r w:rsidRPr="0037167D">
        <w:rPr>
          <w:lang w:val="pt-BR"/>
        </w:rPr>
        <w:t>REFERÊNCIAS</w:t>
      </w:r>
    </w:p>
    <w:p w14:paraId="75B8D081" w14:textId="77777777" w:rsidR="005A121D" w:rsidRPr="0037167D" w:rsidRDefault="003F7B0A">
      <w:pPr>
        <w:spacing w:after="120" w:line="360" w:lineRule="exact"/>
        <w:rPr>
          <w:lang w:val="pt-BR"/>
        </w:rPr>
      </w:pPr>
      <w:r w:rsidRPr="0037167D">
        <w:rPr>
          <w:i/>
          <w:color w:val="800000"/>
          <w:sz w:val="20"/>
          <w:lang w:val="pt-BR"/>
        </w:rPr>
        <w:t>[Apenas as obras citadas no texto. Ordem alfabética. Formatação: espaçamento simples, sem recuo, linha em branco entre referências. Conforme ABNT NBR 6023:2018. Exemplos abaixo:]</w:t>
      </w:r>
    </w:p>
    <w:p w14:paraId="4E23D2B5" w14:textId="77777777" w:rsidR="005A121D" w:rsidRPr="0037167D" w:rsidRDefault="003F7B0A">
      <w:pPr>
        <w:spacing w:line="360" w:lineRule="exact"/>
        <w:rPr>
          <w:lang w:val="pt-BR"/>
        </w:rPr>
      </w:pPr>
      <w:r w:rsidRPr="0037167D">
        <w:rPr>
          <w:color w:val="404040"/>
          <w:sz w:val="20"/>
          <w:lang w:val="pt-BR"/>
        </w:rPr>
        <w:t>AUTOR, A. A.; AUTOR, B. B.; AUTOR, C. C. Título do livro em negrito. ed. Cidade: Editora, ano. p. total ou intervalo.</w:t>
      </w:r>
    </w:p>
    <w:p w14:paraId="4F574EAF" w14:textId="77777777" w:rsidR="005A121D" w:rsidRPr="0037167D" w:rsidRDefault="005A121D">
      <w:pPr>
        <w:spacing w:after="120" w:line="360" w:lineRule="exact"/>
        <w:rPr>
          <w:lang w:val="pt-BR"/>
        </w:rPr>
      </w:pPr>
    </w:p>
    <w:p w14:paraId="63725CC0" w14:textId="77777777" w:rsidR="005A121D" w:rsidRPr="0037167D" w:rsidRDefault="003F7B0A">
      <w:pPr>
        <w:spacing w:line="360" w:lineRule="exact"/>
        <w:rPr>
          <w:lang w:val="pt-BR"/>
        </w:rPr>
      </w:pPr>
      <w:r w:rsidRPr="0037167D">
        <w:rPr>
          <w:color w:val="404040"/>
          <w:sz w:val="20"/>
          <w:lang w:val="pt-BR"/>
        </w:rPr>
        <w:t>AUTOR, A. A.; AUTOR, B. B. Título do artigo. Nome do Periódico em negrito, local, v. X, n. X, p. XX–XX, mês ano. DOI: https://doi.org/xxxxx.</w:t>
      </w:r>
    </w:p>
    <w:p w14:paraId="355D0F09" w14:textId="77777777" w:rsidR="005A121D" w:rsidRPr="0037167D" w:rsidRDefault="005A121D">
      <w:pPr>
        <w:spacing w:after="120" w:line="360" w:lineRule="exact"/>
        <w:rPr>
          <w:lang w:val="pt-BR"/>
        </w:rPr>
      </w:pPr>
    </w:p>
    <w:p w14:paraId="4E16AB94" w14:textId="77777777" w:rsidR="005A121D" w:rsidRPr="0037167D" w:rsidRDefault="003F7B0A">
      <w:pPr>
        <w:spacing w:line="360" w:lineRule="exact"/>
        <w:rPr>
          <w:lang w:val="pt-BR"/>
        </w:rPr>
      </w:pPr>
      <w:r w:rsidRPr="0037167D">
        <w:rPr>
          <w:color w:val="404040"/>
          <w:sz w:val="20"/>
          <w:lang w:val="pt-BR"/>
        </w:rPr>
        <w:t>AUTOR, A. A. Título do capítulo. In: ORGANIZADOR, O. O. (org.). Título do livro em negrito. Cidade: Editora, ano. p. XX–XX.</w:t>
      </w:r>
    </w:p>
    <w:p w14:paraId="56C12867" w14:textId="77777777" w:rsidR="005A121D" w:rsidRPr="0037167D" w:rsidRDefault="005A121D">
      <w:pPr>
        <w:spacing w:after="120" w:line="360" w:lineRule="exact"/>
        <w:rPr>
          <w:lang w:val="pt-BR"/>
        </w:rPr>
      </w:pPr>
    </w:p>
    <w:p w14:paraId="4B37D6E0" w14:textId="77777777" w:rsidR="005A121D" w:rsidRPr="0037167D" w:rsidRDefault="003F7B0A">
      <w:pPr>
        <w:spacing w:line="360" w:lineRule="exact"/>
        <w:rPr>
          <w:lang w:val="pt-BR"/>
        </w:rPr>
      </w:pPr>
      <w:r w:rsidRPr="0037167D">
        <w:rPr>
          <w:color w:val="404040"/>
          <w:sz w:val="20"/>
          <w:lang w:val="pt-BR"/>
        </w:rPr>
        <w:t>AUTOR, A. A. Título do trabalho. In: NOME DO EVENTO, n., ano, Cidade. Anais [...]. Cidade: Editora, ano. p. XX–XX.</w:t>
      </w:r>
    </w:p>
    <w:p w14:paraId="383B38F3" w14:textId="77777777" w:rsidR="005A121D" w:rsidRPr="0037167D" w:rsidRDefault="005A121D">
      <w:pPr>
        <w:spacing w:after="120" w:line="360" w:lineRule="exact"/>
        <w:rPr>
          <w:lang w:val="pt-BR"/>
        </w:rPr>
      </w:pPr>
    </w:p>
    <w:p w14:paraId="5304997E" w14:textId="77777777" w:rsidR="005A121D" w:rsidRPr="0037167D" w:rsidRDefault="003F7B0A">
      <w:pPr>
        <w:spacing w:line="360" w:lineRule="exact"/>
        <w:rPr>
          <w:lang w:val="pt-BR"/>
        </w:rPr>
      </w:pPr>
      <w:r w:rsidRPr="0037167D">
        <w:rPr>
          <w:color w:val="404040"/>
          <w:sz w:val="20"/>
          <w:lang w:val="pt-BR"/>
        </w:rPr>
        <w:t>SOBRENOME DO AUTOR CAV, N. Ano. Título. Título Abreviado do Periódico v(n): página-página. &lt;http://dx.doi.org/</w:t>
      </w:r>
      <w:proofErr w:type="spellStart"/>
      <w:r w:rsidRPr="0037167D">
        <w:rPr>
          <w:color w:val="404040"/>
          <w:sz w:val="20"/>
          <w:lang w:val="pt-BR"/>
        </w:rPr>
        <w:t>xxxxx</w:t>
      </w:r>
      <w:proofErr w:type="spellEnd"/>
      <w:r w:rsidRPr="0037167D">
        <w:rPr>
          <w:color w:val="404040"/>
          <w:sz w:val="20"/>
          <w:lang w:val="pt-BR"/>
        </w:rPr>
        <w:t>&gt;. [Formato específico Revista CAV]</w:t>
      </w:r>
    </w:p>
    <w:p w14:paraId="72816118" w14:textId="77777777" w:rsidR="005A121D" w:rsidRDefault="005A121D">
      <w:pPr>
        <w:rPr>
          <w:lang w:val="pt-BR"/>
        </w:rPr>
      </w:pPr>
    </w:p>
    <w:p w14:paraId="26B0A09D" w14:textId="77777777" w:rsidR="00680E12" w:rsidRDefault="00680E12">
      <w:pPr>
        <w:rPr>
          <w:lang w:val="pt-BR"/>
        </w:rPr>
      </w:pPr>
    </w:p>
    <w:p w14:paraId="03DD69C7" w14:textId="77777777" w:rsidR="00680E12" w:rsidRPr="0037167D" w:rsidRDefault="00680E12">
      <w:pPr>
        <w:rPr>
          <w:lang w:val="pt-BR"/>
        </w:rPr>
      </w:pPr>
    </w:p>
    <w:p w14:paraId="6876CC41" w14:textId="77777777" w:rsidR="0037167D" w:rsidRDefault="003F7B0A">
      <w:pPr>
        <w:shd w:val="clear" w:color="auto" w:fill="F2F2F2"/>
        <w:spacing w:before="240" w:line="280" w:lineRule="exact"/>
        <w:rPr>
          <w:b/>
          <w:sz w:val="18"/>
          <w:lang w:val="pt-BR"/>
        </w:rPr>
      </w:pPr>
      <w:r w:rsidRPr="0037167D">
        <w:rPr>
          <w:b/>
          <w:sz w:val="18"/>
          <w:lang w:val="pt-BR"/>
        </w:rPr>
        <w:t>CHECKLIST ANTES DE SUBMETER</w:t>
      </w:r>
    </w:p>
    <w:p w14:paraId="3086C13E" w14:textId="480A2873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b/>
          <w:sz w:val="18"/>
          <w:lang w:val="pt-BR"/>
        </w:rPr>
        <w:br/>
      </w:r>
      <w:r w:rsidRPr="0037167D">
        <w:rPr>
          <w:color w:val="202020"/>
          <w:sz w:val="18"/>
          <w:lang w:val="pt-BR"/>
        </w:rPr>
        <w:t xml:space="preserve">☐ Extensão: entre </w:t>
      </w:r>
      <w:r w:rsidR="0011435E">
        <w:rPr>
          <w:color w:val="202020"/>
          <w:sz w:val="18"/>
          <w:lang w:val="pt-BR"/>
        </w:rPr>
        <w:t>3</w:t>
      </w:r>
      <w:r w:rsidRPr="0037167D">
        <w:rPr>
          <w:color w:val="202020"/>
          <w:sz w:val="18"/>
          <w:lang w:val="pt-BR"/>
        </w:rPr>
        <w:t xml:space="preserve"> e </w:t>
      </w:r>
      <w:r w:rsidR="0011435E">
        <w:rPr>
          <w:color w:val="202020"/>
          <w:sz w:val="18"/>
          <w:lang w:val="pt-BR"/>
        </w:rPr>
        <w:t>4</w:t>
      </w:r>
      <w:r w:rsidRPr="0037167D">
        <w:rPr>
          <w:color w:val="202020"/>
          <w:sz w:val="18"/>
          <w:lang w:val="pt-BR"/>
        </w:rPr>
        <w:t xml:space="preserve"> laudas (incluindo referências)</w:t>
      </w:r>
    </w:p>
    <w:p w14:paraId="3CB02304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Fonte Times New Roman 12, espaçamento duplo, A4, margens 2,5 cm</w:t>
      </w:r>
    </w:p>
    <w:p w14:paraId="4C3C32D5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Numeração de páginas no canto superior direito</w:t>
      </w:r>
    </w:p>
    <w:p w14:paraId="3C77022D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Sem identificação de autores na versão para avaliação</w:t>
      </w:r>
    </w:p>
    <w:p w14:paraId="3C9B484C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Título em português (maiúsculas, negrito) e em inglês (itálico)</w:t>
      </w:r>
    </w:p>
    <w:p w14:paraId="2C315E2F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Resumo e Abstract: máx. 300 palavras cada, parágrafo único, sem referências</w:t>
      </w:r>
    </w:p>
    <w:p w14:paraId="7CF6EAFE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Palavras-chave e Keywords: 3 a 5 termos, separados por ponto e vírgula</w:t>
      </w:r>
    </w:p>
    <w:p w14:paraId="27A1FBC6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Estrutura completa: Introdução · Objetivos · Metodologia · Resultados e Discussão · Conclusões · Referências</w:t>
      </w:r>
    </w:p>
    <w:p w14:paraId="0C44AB2E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 xml:space="preserve">☐ Figuras: inseridas no texto + arquivos JPG 300 </w:t>
      </w:r>
      <w:proofErr w:type="spellStart"/>
      <w:r w:rsidRPr="0037167D">
        <w:rPr>
          <w:color w:val="202020"/>
          <w:sz w:val="18"/>
          <w:lang w:val="pt-BR"/>
        </w:rPr>
        <w:t>dpi</w:t>
      </w:r>
      <w:proofErr w:type="spellEnd"/>
      <w:r w:rsidRPr="0037167D">
        <w:rPr>
          <w:color w:val="202020"/>
          <w:sz w:val="18"/>
          <w:lang w:val="pt-BR"/>
        </w:rPr>
        <w:t xml:space="preserve"> como documentos suplementares</w:t>
      </w:r>
    </w:p>
    <w:p w14:paraId="4167CBCB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Figuras sem cores (escala de cinza, compatível com Revista CAV)</w:t>
      </w:r>
    </w:p>
    <w:p w14:paraId="4601FA8B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Tabelas com título acima, figuras com título abaixo (sem negrito)</w:t>
      </w:r>
    </w:p>
    <w:p w14:paraId="54F5917E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Citações no texto: (SOBRENOME, ano) — ABNT NBR 10520:2023</w:t>
      </w:r>
    </w:p>
    <w:p w14:paraId="6BDB774C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Referências: ABNT NBR 6023:2018 em ordem alfabética</w:t>
      </w:r>
    </w:p>
    <w:p w14:paraId="5D7C875C" w14:textId="77777777" w:rsidR="0037167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Submissão exclusivamente pela plataforma oficial do EREMEM 2026</w:t>
      </w:r>
    </w:p>
    <w:p w14:paraId="0D61ABDE" w14:textId="77777777" w:rsidR="005A121D" w:rsidRDefault="003F7B0A">
      <w:pPr>
        <w:shd w:val="clear" w:color="auto" w:fill="F2F2F2"/>
        <w:spacing w:before="240" w:line="280" w:lineRule="exact"/>
        <w:rPr>
          <w:color w:val="202020"/>
          <w:sz w:val="18"/>
          <w:lang w:val="pt-BR"/>
        </w:rPr>
      </w:pPr>
      <w:r w:rsidRPr="0037167D">
        <w:rPr>
          <w:color w:val="202020"/>
          <w:sz w:val="18"/>
          <w:lang w:val="pt-BR"/>
        </w:rPr>
        <w:t>☐ Apresentador regularmente inscrito no evento até 13/10/2026</w:t>
      </w:r>
    </w:p>
    <w:p w14:paraId="03106386" w14:textId="46ACA9F6" w:rsidR="00680E12" w:rsidRPr="0037167D" w:rsidRDefault="00680E12">
      <w:pPr>
        <w:shd w:val="clear" w:color="auto" w:fill="F2F2F2"/>
        <w:spacing w:before="240" w:line="280" w:lineRule="exact"/>
        <w:rPr>
          <w:lang w:val="pt-BR"/>
        </w:rPr>
      </w:pPr>
    </w:p>
    <w:sectPr w:rsidR="00680E12" w:rsidRPr="0037167D" w:rsidSect="00680E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493D1" w14:textId="77777777" w:rsidR="009C7631" w:rsidRDefault="009C7631">
      <w:pPr>
        <w:spacing w:line="240" w:lineRule="auto"/>
      </w:pPr>
      <w:r>
        <w:separator/>
      </w:r>
    </w:p>
  </w:endnote>
  <w:endnote w:type="continuationSeparator" w:id="0">
    <w:p w14:paraId="6CF56339" w14:textId="77777777" w:rsidR="009C7631" w:rsidRDefault="009C7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316AE" w14:textId="77777777" w:rsidR="00680E12" w:rsidRDefault="00680E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BCFB" w14:textId="08CF22DB" w:rsidR="00680E12" w:rsidRDefault="00680E12" w:rsidP="00A33CC0">
    <w:pPr>
      <w:pStyle w:val="Rodap"/>
      <w:jc w:val="center"/>
      <w:rPr>
        <w:b/>
        <w:bCs/>
        <w:noProof/>
      </w:rPr>
    </w:pPr>
    <w:r w:rsidRPr="0011435E">
      <w:rPr>
        <w:noProof/>
      </w:rPr>
      <w:drawing>
        <wp:anchor distT="0" distB="0" distL="114300" distR="114300" simplePos="0" relativeHeight="251666944" behindDoc="0" locked="0" layoutInCell="1" allowOverlap="1" wp14:anchorId="51C5BCE6" wp14:editId="0D78D67F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579120" cy="645795"/>
          <wp:effectExtent l="0" t="0" r="0" b="1905"/>
          <wp:wrapNone/>
          <wp:docPr id="52" name="Imagem 51">
            <a:extLst xmlns:a="http://schemas.openxmlformats.org/drawingml/2006/main">
              <a:ext uri="{FF2B5EF4-FFF2-40B4-BE49-F238E27FC236}">
                <a16:creationId xmlns:a16="http://schemas.microsoft.com/office/drawing/2014/main" id="{720FBC28-CEC1-40C9-9400-64CD0E1444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m 51">
                    <a:extLst>
                      <a:ext uri="{FF2B5EF4-FFF2-40B4-BE49-F238E27FC236}">
                        <a16:creationId xmlns:a16="http://schemas.microsoft.com/office/drawing/2014/main" id="{720FBC28-CEC1-40C9-9400-64CD0E14442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912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435E">
      <w:rPr>
        <w:noProof/>
        <w:sz w:val="20"/>
      </w:rPr>
      <w:drawing>
        <wp:anchor distT="0" distB="0" distL="114300" distR="114300" simplePos="0" relativeHeight="251628032" behindDoc="0" locked="0" layoutInCell="1" allowOverlap="1" wp14:anchorId="26CC2CAE" wp14:editId="56C110D1">
          <wp:simplePos x="0" y="0"/>
          <wp:positionH relativeFrom="column">
            <wp:posOffset>1146845</wp:posOffset>
          </wp:positionH>
          <wp:positionV relativeFrom="paragraph">
            <wp:posOffset>5715</wp:posOffset>
          </wp:positionV>
          <wp:extent cx="704850" cy="704850"/>
          <wp:effectExtent l="0" t="0" r="0" b="0"/>
          <wp:wrapNone/>
          <wp:docPr id="179428866" name="Imagem 2">
            <a:extLst xmlns:a="http://schemas.openxmlformats.org/drawingml/2006/main">
              <a:ext uri="{FF2B5EF4-FFF2-40B4-BE49-F238E27FC236}">
                <a16:creationId xmlns:a16="http://schemas.microsoft.com/office/drawing/2014/main" id="{CEEEB131-5D20-467C-82AB-F456B4D43E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>
                    <a:extLst>
                      <a:ext uri="{FF2B5EF4-FFF2-40B4-BE49-F238E27FC236}">
                        <a16:creationId xmlns:a16="http://schemas.microsoft.com/office/drawing/2014/main" id="{CEEEB131-5D20-467C-82AB-F456B4D43E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077F5783" wp14:editId="32C7958D">
          <wp:simplePos x="0" y="0"/>
          <wp:positionH relativeFrom="column">
            <wp:posOffset>2404745</wp:posOffset>
          </wp:positionH>
          <wp:positionV relativeFrom="page">
            <wp:posOffset>9677400</wp:posOffset>
          </wp:positionV>
          <wp:extent cx="676275" cy="676275"/>
          <wp:effectExtent l="0" t="0" r="9525" b="9525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676323046" name="Imagem 6" descr="Núcleo de Engenharia e Arquitetura da ACIL (@nea.acil) · Lages, 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úcleo de Engenharia e Arquitetura da ACIL (@nea.acil) · Lages, S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992" behindDoc="1" locked="0" layoutInCell="1" allowOverlap="1" wp14:anchorId="38E02DFB" wp14:editId="03E18B51">
          <wp:simplePos x="0" y="0"/>
          <wp:positionH relativeFrom="column">
            <wp:posOffset>3567430</wp:posOffset>
          </wp:positionH>
          <wp:positionV relativeFrom="page">
            <wp:posOffset>9677400</wp:posOffset>
          </wp:positionV>
          <wp:extent cx="852805" cy="666750"/>
          <wp:effectExtent l="0" t="0" r="4445" b="0"/>
          <wp:wrapTight wrapText="bothSides">
            <wp:wrapPolygon edited="0">
              <wp:start x="0" y="0"/>
              <wp:lineTo x="0" y="20983"/>
              <wp:lineTo x="21230" y="20983"/>
              <wp:lineTo x="21230" y="0"/>
              <wp:lineTo x="0" y="0"/>
            </wp:wrapPolygon>
          </wp:wrapTight>
          <wp:docPr id="692034155" name="Imagem 7" descr="Acil Lages Projects :: Photos, videos, logos, illustrations and branding ::  Beh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cil Lages Projects :: Photos, videos, logos, illustrations and branding ::  Beha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/>
      </w:rPr>
      <w:drawing>
        <wp:anchor distT="0" distB="0" distL="114300" distR="114300" simplePos="0" relativeHeight="251670016" behindDoc="1" locked="0" layoutInCell="1" allowOverlap="1" wp14:anchorId="598955B3" wp14:editId="2CC4A156">
          <wp:simplePos x="0" y="0"/>
          <wp:positionH relativeFrom="margin">
            <wp:align>right</wp:align>
          </wp:positionH>
          <wp:positionV relativeFrom="page">
            <wp:posOffset>9677400</wp:posOffset>
          </wp:positionV>
          <wp:extent cx="695325" cy="695325"/>
          <wp:effectExtent l="0" t="0" r="9525" b="9525"/>
          <wp:wrapTight wrapText="bothSides">
            <wp:wrapPolygon edited="0">
              <wp:start x="0" y="0"/>
              <wp:lineTo x="0" y="21304"/>
              <wp:lineTo x="21304" y="21304"/>
              <wp:lineTo x="21304" y="0"/>
              <wp:lineTo x="0" y="0"/>
            </wp:wrapPolygon>
          </wp:wrapTight>
          <wp:docPr id="66655358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2E9CF5" w14:textId="41D47130" w:rsidR="00A33CC0" w:rsidRDefault="00A33CC0" w:rsidP="00A33CC0">
    <w:pPr>
      <w:pStyle w:val="Rodap"/>
      <w:jc w:val="center"/>
      <w:rPr>
        <w:b/>
        <w:bCs/>
      </w:rPr>
    </w:pPr>
  </w:p>
  <w:p w14:paraId="5C18D40B" w14:textId="67D699E9" w:rsidR="00A33CC0" w:rsidRDefault="00680E12" w:rsidP="00A33CC0">
    <w:pPr>
      <w:pStyle w:val="Rodap"/>
      <w:jc w:val="center"/>
      <w:rPr>
        <w:b/>
        <w:bCs/>
      </w:rPr>
    </w:pPr>
    <w:r>
      <w:rPr>
        <w:b/>
        <w:bCs/>
      </w:rPr>
      <w:t xml:space="preserve"> </w:t>
    </w:r>
  </w:p>
  <w:p w14:paraId="4F3BB51B" w14:textId="4A01C0A8" w:rsidR="00611E7F" w:rsidRPr="00611E7F" w:rsidRDefault="00611E7F" w:rsidP="00A33CC0">
    <w:pPr>
      <w:pStyle w:val="Rodap"/>
      <w:jc w:val="center"/>
      <w:rPr>
        <w:b/>
        <w:bCs/>
      </w:rPr>
    </w:pPr>
  </w:p>
  <w:p w14:paraId="7D743BDB" w14:textId="6210D26C" w:rsidR="00611E7F" w:rsidRPr="00611E7F" w:rsidRDefault="00611E7F" w:rsidP="00A33CC0">
    <w:pPr>
      <w:pStyle w:val="Rodap"/>
      <w:jc w:val="center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56298" w14:textId="77777777" w:rsidR="00680E12" w:rsidRDefault="00680E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5661B" w14:textId="77777777" w:rsidR="009C7631" w:rsidRDefault="009C7631">
      <w:pPr>
        <w:spacing w:line="240" w:lineRule="auto"/>
      </w:pPr>
      <w:r>
        <w:separator/>
      </w:r>
    </w:p>
  </w:footnote>
  <w:footnote w:type="continuationSeparator" w:id="0">
    <w:p w14:paraId="2845B266" w14:textId="77777777" w:rsidR="009C7631" w:rsidRDefault="009C76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FF7A" w14:textId="77777777" w:rsidR="00680E12" w:rsidRDefault="00680E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EAA33" w14:textId="624E16E0" w:rsidR="0037167D" w:rsidRDefault="0037167D">
    <w:pPr>
      <w:pStyle w:val="Cabealho"/>
    </w:pPr>
    <w:r w:rsidRPr="0037167D">
      <w:rPr>
        <w:noProof/>
      </w:rPr>
      <mc:AlternateContent>
        <mc:Choice Requires="wpg">
          <w:drawing>
            <wp:anchor distT="0" distB="0" distL="114300" distR="114300" simplePos="0" relativeHeight="251647488" behindDoc="1" locked="0" layoutInCell="1" allowOverlap="1" wp14:anchorId="5758A39C" wp14:editId="65D61E1C">
              <wp:simplePos x="0" y="0"/>
              <wp:positionH relativeFrom="column">
                <wp:posOffset>509905</wp:posOffset>
              </wp:positionH>
              <wp:positionV relativeFrom="paragraph">
                <wp:posOffset>-362391</wp:posOffset>
              </wp:positionV>
              <wp:extent cx="4751279" cy="658368"/>
              <wp:effectExtent l="0" t="0" r="0" b="27940"/>
              <wp:wrapNone/>
              <wp:docPr id="29" name="Agrupar 28">
                <a:extLst xmlns:a="http://schemas.openxmlformats.org/drawingml/2006/main">
                  <a:ext uri="{FF2B5EF4-FFF2-40B4-BE49-F238E27FC236}">
                    <a16:creationId xmlns:a16="http://schemas.microsoft.com/office/drawing/2014/main" id="{F9F80EEC-839B-4875-A087-16AF38B6A7A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51279" cy="658368"/>
                        <a:chOff x="0" y="0"/>
                        <a:chExt cx="4751279" cy="658368"/>
                      </a:xfrm>
                    </wpg:grpSpPr>
                    <pic:pic xmlns:pic="http://schemas.openxmlformats.org/drawingml/2006/picture">
                      <pic:nvPicPr>
                        <pic:cNvPr id="2" name="Image 0" descr="preencoded.png">
                          <a:extLst>
                            <a:ext uri="{FF2B5EF4-FFF2-40B4-BE49-F238E27FC236}">
                              <a16:creationId xmlns:a16="http://schemas.microsoft.com/office/drawing/2014/main" id="{7CE62CB6-83A4-4527-88CC-5F9A1CF47B5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50879" y="145475"/>
                          <a:ext cx="3200400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hape 8">
                        <a:extLst>
                          <a:ext uri="{FF2B5EF4-FFF2-40B4-BE49-F238E27FC236}">
                            <a16:creationId xmlns:a16="http://schemas.microsoft.com/office/drawing/2014/main" id="{5CA8B402-A239-4CC5-BFC8-24A8F700099D}"/>
                          </a:ext>
                        </a:extLst>
                      </wps:cNvPr>
                      <wps:cNvCnPr/>
                      <wps:spPr>
                        <a:xfrm>
                          <a:off x="1342484" y="54035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B5A2B"/>
                          </a:solidFill>
                          <a:prstDash val="solid"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Image 1" descr="preencoded.png">
                          <a:extLst>
                            <a:ext uri="{FF2B5EF4-FFF2-40B4-BE49-F238E27FC236}">
                              <a16:creationId xmlns:a16="http://schemas.microsoft.com/office/drawing/2014/main" id="{1324DF8A-BA6B-4741-879F-1B41FFCE661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152" cy="6583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7FA965" id="Agrupar 28" o:spid="_x0000_s1026" style="position:absolute;margin-left:40.15pt;margin-top:-28.55pt;width:374.1pt;height:51.85pt;z-index:-251668992" coordsize="47512,6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0" o:spid="_x0000_s1027" type="#_x0000_t75" alt="preencoded.png" style="position:absolute;left:15508;top:1454;width:3200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">
                <v:imagedata r:id="rId3" o:title="preencoded"/>
              </v:shape>
              <v:line id="Shape 8" o:spid="_x0000_s1028" style="position:absolute;visibility:visible;mso-wrap-style:square" from="13424,540" to="13424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" strokecolor="#8b5a2b" strokeweight="1.5pt"/>
              <v:shape id="Image 1" o:spid="_x0000_s1029" type="#_x0000_t75" alt="preencoded.png" style="position:absolute;width:12161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">
                <v:imagedata r:id="rId4" o:title="preencoded"/>
              </v:shape>
            </v:group>
          </w:pict>
        </mc:Fallback>
      </mc:AlternateContent>
    </w:r>
  </w:p>
  <w:p w14:paraId="68D06F22" w14:textId="1F444A70" w:rsidR="00844229" w:rsidRPr="00844229" w:rsidRDefault="00844229">
    <w:pPr>
      <w:pStyle w:val="Cabealho"/>
      <w:rPr>
        <w:sz w:val="22"/>
        <w:szCs w:val="20"/>
      </w:rPr>
    </w:pPr>
  </w:p>
  <w:p w14:paraId="12BF1FCB" w14:textId="08DC9919" w:rsidR="00844229" w:rsidRPr="00844229" w:rsidRDefault="00844229" w:rsidP="00844229">
    <w:pPr>
      <w:pStyle w:val="Cabealho"/>
      <w:jc w:val="center"/>
      <w:rPr>
        <w:rFonts w:ascii="Arial Black" w:hAnsi="Arial Black"/>
        <w:sz w:val="16"/>
        <w:szCs w:val="14"/>
      </w:rPr>
    </w:pPr>
    <w:r w:rsidRPr="00844229">
      <w:rPr>
        <w:rFonts w:ascii="Arial Black" w:hAnsi="Arial Black"/>
        <w:sz w:val="16"/>
        <w:szCs w:val="14"/>
      </w:rPr>
      <w:t>Lages – Santa Catarina – 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8A0C" w14:textId="77777777" w:rsidR="00680E12" w:rsidRDefault="00680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43068821">
    <w:abstractNumId w:val="8"/>
  </w:num>
  <w:num w:numId="2" w16cid:durableId="1377774931">
    <w:abstractNumId w:val="6"/>
  </w:num>
  <w:num w:numId="3" w16cid:durableId="164513183">
    <w:abstractNumId w:val="5"/>
  </w:num>
  <w:num w:numId="4" w16cid:durableId="1319966116">
    <w:abstractNumId w:val="4"/>
  </w:num>
  <w:num w:numId="5" w16cid:durableId="161049807">
    <w:abstractNumId w:val="7"/>
  </w:num>
  <w:num w:numId="6" w16cid:durableId="1197550191">
    <w:abstractNumId w:val="3"/>
  </w:num>
  <w:num w:numId="7" w16cid:durableId="695733507">
    <w:abstractNumId w:val="2"/>
  </w:num>
  <w:num w:numId="8" w16cid:durableId="1721828458">
    <w:abstractNumId w:val="1"/>
  </w:num>
  <w:num w:numId="9" w16cid:durableId="1497723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41C9"/>
    <w:rsid w:val="0006063C"/>
    <w:rsid w:val="000609B9"/>
    <w:rsid w:val="001054ED"/>
    <w:rsid w:val="0011435E"/>
    <w:rsid w:val="0015074B"/>
    <w:rsid w:val="001B2E34"/>
    <w:rsid w:val="0029639D"/>
    <w:rsid w:val="00326F90"/>
    <w:rsid w:val="0037167D"/>
    <w:rsid w:val="003F7B0A"/>
    <w:rsid w:val="0045625C"/>
    <w:rsid w:val="005A121D"/>
    <w:rsid w:val="00611E7F"/>
    <w:rsid w:val="00680E12"/>
    <w:rsid w:val="00844229"/>
    <w:rsid w:val="00930D91"/>
    <w:rsid w:val="009C7631"/>
    <w:rsid w:val="00A33CC0"/>
    <w:rsid w:val="00AA1D8D"/>
    <w:rsid w:val="00B062BF"/>
    <w:rsid w:val="00B212CD"/>
    <w:rsid w:val="00B47730"/>
    <w:rsid w:val="00C06D36"/>
    <w:rsid w:val="00CB0664"/>
    <w:rsid w:val="00CF5344"/>
    <w:rsid w:val="00DB0835"/>
    <w:rsid w:val="00EC180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ED8BB8"/>
  <w14:defaultImageDpi w14:val="300"/>
  <w15:docId w15:val="{6DB5BC86-760F-453E-8D22-301DC54F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0" w:line="480" w:lineRule="exact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EREMEMTitulo">
    <w:name w:val="EREMEM Titulo"/>
    <w:basedOn w:val="Normal"/>
    <w:pPr>
      <w:spacing w:before="240" w:after="120"/>
      <w:jc w:val="center"/>
    </w:pPr>
    <w:rPr>
      <w:b/>
      <w:sz w:val="32"/>
    </w:rPr>
  </w:style>
  <w:style w:type="paragraph" w:customStyle="1" w:styleId="EREMEMSecao">
    <w:name w:val="EREMEM Secao"/>
    <w:basedOn w:val="Normal"/>
    <w:pPr>
      <w:spacing w:before="240" w:after="120"/>
      <w:jc w:val="left"/>
    </w:pPr>
    <w:rPr>
      <w:b/>
    </w:rPr>
  </w:style>
  <w:style w:type="paragraph" w:customStyle="1" w:styleId="EREMEMInstrucao">
    <w:name w:val="EREMEM Instrucao"/>
    <w:basedOn w:val="Normal"/>
    <w:pPr>
      <w:spacing w:before="240" w:after="120"/>
      <w:jc w:val="left"/>
    </w:pPr>
    <w:rPr>
      <w:color w:val="8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8968E8-035B-4E30-B3F1-DF2B6DA8E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921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India Milkievicz</cp:lastModifiedBy>
  <cp:revision>3</cp:revision>
  <dcterms:created xsi:type="dcterms:W3CDTF">2026-07-03T14:07:00Z</dcterms:created>
  <dcterms:modified xsi:type="dcterms:W3CDTF">2026-07-03T14:43:00Z</dcterms:modified>
  <cp:category/>
</cp:coreProperties>
</file>